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74720" cy="17373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workshop-eu-na-orator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173736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rPr>
          <w:b/>
          <w:color w:val="FF6A13"/>
          <w:sz w:val="52"/>
        </w:rPr>
        <w:t>APOSTILA DO ALUNO</w:t>
      </w:r>
    </w:p>
    <w:p>
      <w:pPr>
        <w:jc w:val="center"/>
      </w:pPr>
      <w:r>
        <w:rPr>
          <w:b/>
          <w:color w:val="1152C8"/>
          <w:sz w:val="44"/>
        </w:rPr>
        <w:t>MINHA VOZ, MINHAS IDEIAS</w:t>
      </w:r>
    </w:p>
    <w:p>
      <w:pPr>
        <w:jc w:val="center"/>
      </w:pPr>
      <w:r>
        <w:rPr>
          <w:b/>
          <w:color w:val="1152C8"/>
          <w:sz w:val="26"/>
        </w:rPr>
        <w:t>Comunicação • Coragem • Protagonismo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EF4FF"/>
          </w:tcPr>
          <w:p>
            <w:r>
              <w:rPr>
                <w:b/>
                <w:color w:val="1152C8"/>
                <w:sz w:val="20"/>
              </w:rPr>
              <w:t>Nome</w:t>
            </w:r>
          </w:p>
        </w:tc>
        <w:tc>
          <w:tcPr>
            <w:tcW w:type="dxa" w:w="5184"/>
          </w:tcPr>
          <w:p>
            <w:r>
              <w:t xml:space="preserve">                              </w:t>
            </w:r>
          </w:p>
        </w:tc>
      </w:tr>
      <w:tr>
        <w:tc>
          <w:tcPr>
            <w:tcW w:type="dxa" w:w="5184"/>
            <w:shd w:fill="EEF4FF"/>
          </w:tcPr>
          <w:p>
            <w:r>
              <w:rPr>
                <w:b/>
                <w:color w:val="1152C8"/>
                <w:sz w:val="20"/>
              </w:rPr>
              <w:t>Turma</w:t>
            </w:r>
          </w:p>
        </w:tc>
        <w:tc>
          <w:tcPr>
            <w:tcW w:type="dxa" w:w="5184"/>
          </w:tcPr>
          <w:p>
            <w:r>
              <w:t xml:space="preserve">                              </w:t>
            </w:r>
          </w:p>
        </w:tc>
      </w:tr>
      <w:tr>
        <w:tc>
          <w:tcPr>
            <w:tcW w:type="dxa" w:w="5184"/>
            <w:shd w:fill="EEF4FF"/>
          </w:tcPr>
          <w:p>
            <w:r>
              <w:rPr>
                <w:b/>
                <w:color w:val="1152C8"/>
                <w:sz w:val="20"/>
              </w:rPr>
              <w:t>Escola</w:t>
            </w:r>
          </w:p>
        </w:tc>
        <w:tc>
          <w:tcPr>
            <w:tcW w:type="dxa" w:w="5184"/>
          </w:tcPr>
          <w:p>
            <w:r>
              <w:t xml:space="preserve">                              </w:t>
            </w:r>
          </w:p>
        </w:tc>
      </w:tr>
      <w:tr>
        <w:tc>
          <w:tcPr>
            <w:tcW w:type="dxa" w:w="5184"/>
            <w:shd w:fill="EEF4FF"/>
          </w:tcPr>
          <w:p>
            <w:r>
              <w:rPr>
                <w:b/>
                <w:color w:val="1152C8"/>
                <w:sz w:val="20"/>
              </w:rPr>
              <w:t>Data</w:t>
            </w:r>
          </w:p>
        </w:tc>
        <w:tc>
          <w:tcPr>
            <w:tcW w:type="dxa" w:w="5184"/>
          </w:tcPr>
          <w:p>
            <w:r>
              <w:t xml:space="preserve">                              </w:t>
            </w:r>
          </w:p>
        </w:tc>
      </w:tr>
    </w:tbl>
    <w:p>
      <w:pPr>
        <w:spacing w:before="600"/>
        <w:jc w:val="center"/>
      </w:pPr>
      <w:r>
        <w:rPr>
          <w:b/>
          <w:color w:val="FF6A13"/>
          <w:sz w:val="36"/>
        </w:rPr>
        <w:t>Quem Fala, Existe.</w:t>
      </w:r>
    </w:p>
    <w:p>
      <w:r>
        <w:br w:type="page"/>
      </w:r>
    </w:p>
    <w:p>
      <w:pPr>
        <w:jc w:val="center"/>
      </w:pPr>
      <w:r>
        <w:rPr>
          <w:b/>
          <w:color w:val="1152C8"/>
          <w:sz w:val="52"/>
        </w:rPr>
        <w:t>Bem-vindo à sua Jornada da Voz</w:t>
      </w:r>
    </w:p>
    <w:p>
      <w:pPr>
        <w:jc w:val="center"/>
      </w:pPr>
      <w:r>
        <w:rPr>
          <w:color w:val="607087"/>
          <w:sz w:val="24"/>
        </w:rPr>
        <w:t>Aqui, coragem vale mais do que perfeição.</w:t>
      </w:r>
    </w:p>
    <w:p>
      <w:pPr>
        <w:spacing w:after="240"/>
      </w:pPr>
      <w:r>
        <w:t>Esta apostila acompanha as práticas do projeto EU NA ORATÓRIA - MINHA VOZ, MINHAS IDEIAS. Você vai falar, ouvir, ler, improvisar, contar histórias, defender ideias e aprender a organizar uma mensagem. Não precisa fazer tudo perfeito. Precisa tentar, observar e melhorar.</w:t>
      </w:r>
    </w:p>
    <w:p>
      <w:r>
        <w:rPr>
          <w:b/>
          <w:color w:val="1152C8"/>
          <w:sz w:val="22"/>
        </w:rPr>
        <w:t>Nossos combinados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8352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Combinado</w:t>
            </w:r>
          </w:p>
        </w:tc>
        <w:tc>
          <w:tcPr>
            <w:tcW w:type="dxa" w:w="1152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Eu topo!</w:t>
            </w:r>
          </w:p>
        </w:tc>
      </w:tr>
      <w:tr>
        <w:tc>
          <w:tcPr>
            <w:tcW w:type="dxa" w:w="8352"/>
            <w:vAlign w:val="center"/>
          </w:tcPr>
          <w:p>
            <w:r>
              <w:rPr>
                <w:color w:val="142033"/>
                <w:sz w:val="19"/>
              </w:rPr>
              <w:t>Ouvir quando alguém estiver falando</w:t>
            </w:r>
          </w:p>
        </w:tc>
        <w:tc>
          <w:tcPr>
            <w:tcW w:type="dxa" w:w="1152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8352"/>
            <w:vAlign w:val="center"/>
          </w:tcPr>
          <w:p>
            <w:r>
              <w:rPr>
                <w:color w:val="142033"/>
                <w:sz w:val="19"/>
              </w:rPr>
              <w:t>Respeitar as diferentes formas de se expressar</w:t>
            </w:r>
          </w:p>
        </w:tc>
        <w:tc>
          <w:tcPr>
            <w:tcW w:type="dxa" w:w="1152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8352"/>
            <w:vAlign w:val="center"/>
          </w:tcPr>
          <w:p>
            <w:r>
              <w:rPr>
                <w:color w:val="142033"/>
                <w:sz w:val="19"/>
              </w:rPr>
              <w:t>Não rir do erro de um colega</w:t>
            </w:r>
          </w:p>
        </w:tc>
        <w:tc>
          <w:tcPr>
            <w:tcW w:type="dxa" w:w="1152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8352"/>
            <w:vAlign w:val="center"/>
          </w:tcPr>
          <w:p>
            <w:r>
              <w:rPr>
                <w:color w:val="142033"/>
                <w:sz w:val="19"/>
              </w:rPr>
              <w:t>Tentar novamente quando algo não sair como eu gostaria</w:t>
            </w:r>
          </w:p>
        </w:tc>
        <w:tc>
          <w:tcPr>
            <w:tcW w:type="dxa" w:w="1152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8352"/>
            <w:vAlign w:val="center"/>
          </w:tcPr>
          <w:p>
            <w:r>
              <w:rPr>
                <w:color w:val="142033"/>
                <w:sz w:val="19"/>
              </w:rPr>
              <w:t>Valorizar minha evolução e a dos outros</w:t>
            </w:r>
          </w:p>
        </w:tc>
        <w:tc>
          <w:tcPr>
            <w:tcW w:type="dxa" w:w="1152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</w:tbl>
    <w:p/>
    <w:p>
      <w:r>
        <w:rPr>
          <w:b/>
          <w:color w:val="1152C8"/>
          <w:sz w:val="22"/>
        </w:rPr>
        <w:t>Meu Passaporte do Comunicador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8208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Conquista</w:t>
            </w:r>
          </w:p>
        </w:tc>
        <w:tc>
          <w:tcPr>
            <w:tcW w:type="dxa" w:w="1296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Marca</w:t>
            </w:r>
          </w:p>
        </w:tc>
      </w:tr>
      <w:tr>
        <w:tc>
          <w:tcPr>
            <w:tcW w:type="dxa" w:w="8208"/>
            <w:vAlign w:val="center"/>
          </w:tcPr>
          <w:p>
            <w:r>
              <w:rPr>
                <w:color w:val="142033"/>
                <w:sz w:val="19"/>
              </w:rPr>
              <w:t>Mudei a Chave</w:t>
            </w:r>
          </w:p>
        </w:tc>
        <w:tc>
          <w:tcPr>
            <w:tcW w:type="dxa" w:w="12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8208"/>
            <w:vAlign w:val="center"/>
          </w:tcPr>
          <w:p>
            <w:r>
              <w:rPr>
                <w:color w:val="142033"/>
                <w:sz w:val="19"/>
              </w:rPr>
              <w:t>Meu Espelho</w:t>
            </w:r>
          </w:p>
        </w:tc>
        <w:tc>
          <w:tcPr>
            <w:tcW w:type="dxa" w:w="12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8208"/>
            <w:vAlign w:val="center"/>
          </w:tcPr>
          <w:p>
            <w:r>
              <w:rPr>
                <w:color w:val="142033"/>
                <w:sz w:val="19"/>
              </w:rPr>
              <w:t>10 Segundos de Coragem</w:t>
            </w:r>
          </w:p>
        </w:tc>
        <w:tc>
          <w:tcPr>
            <w:tcW w:type="dxa" w:w="12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8208"/>
            <w:vAlign w:val="center"/>
          </w:tcPr>
          <w:p>
            <w:r>
              <w:rPr>
                <w:color w:val="142033"/>
                <w:sz w:val="19"/>
              </w:rPr>
              <w:t>Leitura Poderosa</w:t>
            </w:r>
          </w:p>
        </w:tc>
        <w:tc>
          <w:tcPr>
            <w:tcW w:type="dxa" w:w="12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8208"/>
            <w:vAlign w:val="center"/>
          </w:tcPr>
          <w:p>
            <w:r>
              <w:rPr>
                <w:color w:val="142033"/>
                <w:sz w:val="19"/>
              </w:rPr>
              <w:t>Voz Poderosa</w:t>
            </w:r>
          </w:p>
        </w:tc>
        <w:tc>
          <w:tcPr>
            <w:tcW w:type="dxa" w:w="12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8208"/>
            <w:vAlign w:val="center"/>
          </w:tcPr>
          <w:p>
            <w:r>
              <w:rPr>
                <w:color w:val="142033"/>
                <w:sz w:val="19"/>
              </w:rPr>
              <w:t>História Surpresa - 1 Minuto</w:t>
            </w:r>
          </w:p>
        </w:tc>
        <w:tc>
          <w:tcPr>
            <w:tcW w:type="dxa" w:w="12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8208"/>
            <w:vAlign w:val="center"/>
          </w:tcPr>
          <w:p>
            <w:r>
              <w:rPr>
                <w:color w:val="142033"/>
                <w:sz w:val="19"/>
              </w:rPr>
              <w:t>Contador de Histórias</w:t>
            </w:r>
          </w:p>
        </w:tc>
        <w:tc>
          <w:tcPr>
            <w:tcW w:type="dxa" w:w="12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8208"/>
            <w:vAlign w:val="center"/>
          </w:tcPr>
          <w:p>
            <w:r>
              <w:rPr>
                <w:color w:val="142033"/>
                <w:sz w:val="19"/>
              </w:rPr>
              <w:t>Por que isso importa?</w:t>
            </w:r>
          </w:p>
        </w:tc>
        <w:tc>
          <w:tcPr>
            <w:tcW w:type="dxa" w:w="12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8208"/>
            <w:vAlign w:val="center"/>
          </w:tcPr>
          <w:p>
            <w:r>
              <w:rPr>
                <w:color w:val="142033"/>
                <w:sz w:val="19"/>
              </w:rPr>
              <w:t>Desafio do Consenso</w:t>
            </w:r>
          </w:p>
        </w:tc>
        <w:tc>
          <w:tcPr>
            <w:tcW w:type="dxa" w:w="12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8208"/>
            <w:vAlign w:val="center"/>
          </w:tcPr>
          <w:p>
            <w:r>
              <w:rPr>
                <w:color w:val="142033"/>
                <w:sz w:val="19"/>
              </w:rPr>
              <w:t>Defendi minha Ideia</w:t>
            </w:r>
          </w:p>
        </w:tc>
        <w:tc>
          <w:tcPr>
            <w:tcW w:type="dxa" w:w="12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8208"/>
            <w:vAlign w:val="center"/>
          </w:tcPr>
          <w:p>
            <w:r>
              <w:rPr>
                <w:color w:val="142033"/>
                <w:sz w:val="19"/>
              </w:rPr>
              <w:t>Palco Final</w:t>
            </w:r>
          </w:p>
        </w:tc>
        <w:tc>
          <w:tcPr>
            <w:tcW w:type="dxa" w:w="12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</w:tbl>
    <w:p>
      <w:r>
        <w:br w:type="page"/>
      </w:r>
    </w:p>
    <w:p>
      <w:pPr>
        <w:jc w:val="center"/>
      </w:pPr>
      <w:r>
        <w:rPr>
          <w:b/>
          <w:color w:val="1152C8"/>
          <w:sz w:val="52"/>
        </w:rPr>
        <w:t>Antes de começar</w:t>
      </w:r>
    </w:p>
    <w:p>
      <w:pPr>
        <w:jc w:val="center"/>
      </w:pPr>
      <w:r>
        <w:rPr>
          <w:color w:val="607087"/>
          <w:sz w:val="24"/>
        </w:rPr>
        <w:t>Como você se sente hoje?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5472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Situação</w:t>
            </w:r>
          </w:p>
        </w:tc>
        <w:tc>
          <w:tcPr>
            <w:tcW w:type="dxa" w:w="1440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Tranquilo</w:t>
            </w:r>
          </w:p>
        </w:tc>
        <w:tc>
          <w:tcPr>
            <w:tcW w:type="dxa" w:w="1728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Mais ou menos</w:t>
            </w:r>
          </w:p>
        </w:tc>
        <w:tc>
          <w:tcPr>
            <w:tcW w:type="dxa" w:w="1440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Difícil</w:t>
            </w:r>
          </w:p>
        </w:tc>
      </w:tr>
      <w:tr>
        <w:tc>
          <w:tcPr>
            <w:tcW w:type="dxa" w:w="5472"/>
            <w:vAlign w:val="center"/>
          </w:tcPr>
          <w:p>
            <w:r>
              <w:rPr>
                <w:color w:val="142033"/>
                <w:sz w:val="19"/>
              </w:rPr>
              <w:t>Falar diante da turma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5472"/>
            <w:vAlign w:val="center"/>
          </w:tcPr>
          <w:p>
            <w:r>
              <w:rPr>
                <w:color w:val="142033"/>
                <w:sz w:val="19"/>
              </w:rPr>
              <w:t>Apresentar um trabalho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5472"/>
            <w:vAlign w:val="center"/>
          </w:tcPr>
          <w:p>
            <w:r>
              <w:rPr>
                <w:color w:val="142033"/>
                <w:sz w:val="19"/>
              </w:rPr>
              <w:t>Ler em voz alta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5472"/>
            <w:vAlign w:val="center"/>
          </w:tcPr>
          <w:p>
            <w:r>
              <w:rPr>
                <w:color w:val="142033"/>
                <w:sz w:val="19"/>
              </w:rPr>
              <w:t>Dar minha opinião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5472"/>
            <w:vAlign w:val="center"/>
          </w:tcPr>
          <w:p>
            <w:r>
              <w:rPr>
                <w:color w:val="142033"/>
                <w:sz w:val="19"/>
              </w:rPr>
              <w:t>Improvisar sem texto pronto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5472"/>
            <w:vAlign w:val="center"/>
          </w:tcPr>
          <w:p>
            <w:r>
              <w:rPr>
                <w:color w:val="142033"/>
                <w:sz w:val="19"/>
              </w:rPr>
              <w:t>Contar uma história para um grupo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</w:tbl>
    <w:p>
      <w:r>
        <w:rPr>
          <w:b/>
          <w:color w:val="1152C8"/>
          <w:sz w:val="22"/>
        </w:rPr>
        <w:t>Uma coisa que eu gostaria de melhorar na minha comunicação: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rPr>
          <w:b/>
          <w:color w:val="1152C8"/>
          <w:sz w:val="22"/>
        </w:rPr>
        <w:t>Minha meta para estes encontros: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928"/>
      </w:tblGrid>
      <w:tr>
        <w:tc>
          <w:tcPr>
            <w:tcW w:type="dxa" w:w="5184"/>
            <w:shd w:fill="FF6A13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1</w:t>
            </w:r>
          </w:p>
        </w:tc>
        <w:tc>
          <w:tcPr>
            <w:tcW w:type="dxa" w:w="5184"/>
            <w:shd w:fill="1152C8"/>
            <w:vAlign w:val="center"/>
          </w:tcPr>
          <w:p>
            <w:r>
              <w:rPr>
                <w:b/>
                <w:color w:val="FFFFFF"/>
                <w:sz w:val="30"/>
              </w:rPr>
              <w:t>Mudar a Chave</w:t>
            </w:r>
          </w:p>
        </w:tc>
      </w:tr>
    </w:tbl>
    <w:p>
      <w:pPr>
        <w:pStyle w:val="IntenseQuote"/>
      </w:pPr>
      <w:r>
        <w:t>Troque o “não consigo” pelo “ainda estou aprendendo”.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752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Pensamento que me atrapalha</w:t>
            </w:r>
          </w:p>
        </w:tc>
        <w:tc>
          <w:tcPr>
            <w:tcW w:type="dxa" w:w="4752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Nova forma de pensar</w:t>
            </w:r>
          </w:p>
        </w:tc>
      </w:tr>
      <w:tr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  <w:t>Eu sou ruim para falar.</w:t>
            </w:r>
          </w:p>
        </w:tc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  <w:t>Eu estou aprendendo a falar melhor.</w:t>
            </w:r>
          </w:p>
        </w:tc>
      </w:tr>
      <w:tr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  <w:t>Eu morro de vergonha.</w:t>
            </w:r>
          </w:p>
        </w:tc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  <w:t>Eu sempre erro.</w:t>
            </w:r>
          </w:p>
        </w:tc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  <w:t>Eu esqueço tudo quando apresento.</w:t>
            </w:r>
          </w:p>
        </w:tc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  <w:t>Minha voz é muito baixa.</w:t>
            </w:r>
          </w:p>
        </w:tc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</w:tbl>
    <w:p>
      <w:r>
        <w:rPr>
          <w:b/>
          <w:color w:val="1152C8"/>
          <w:sz w:val="22"/>
        </w:rPr>
        <w:t>Minha frase de coragem: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928"/>
      </w:tblGrid>
      <w:tr>
        <w:tc>
          <w:tcPr>
            <w:tcW w:type="dxa" w:w="5184"/>
            <w:shd w:fill="FF6A13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2</w:t>
            </w:r>
          </w:p>
        </w:tc>
        <w:tc>
          <w:tcPr>
            <w:tcW w:type="dxa" w:w="5184"/>
            <w:shd w:fill="1152C8"/>
            <w:vAlign w:val="center"/>
          </w:tcPr>
          <w:p>
            <w:r>
              <w:rPr>
                <w:b/>
                <w:color w:val="FFFFFF"/>
                <w:sz w:val="30"/>
              </w:rPr>
              <w:t>Meu Espelho</w:t>
            </w:r>
          </w:p>
        </w:tc>
      </w:tr>
    </w:tbl>
    <w:p>
      <w:pPr>
        <w:pStyle w:val="IntenseQuote"/>
      </w:pPr>
      <w:r>
        <w:t>Como eu me vejo e o que outra pessoa percebe em mim.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4608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Qualidade</w:t>
            </w:r>
          </w:p>
        </w:tc>
        <w:tc>
          <w:tcPr>
            <w:tcW w:type="dxa" w:w="2448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Eu me vejo assim</w:t>
            </w:r>
          </w:p>
        </w:tc>
        <w:tc>
          <w:tcPr>
            <w:tcW w:type="dxa" w:w="2448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Outra pessoa me vê assim</w:t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Criativo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Corajoso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Divertido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Responsável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Amigo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Curioso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Organizado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Paciente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Comunicativo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Atento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Prestativo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Determinado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Calmo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Gentil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Observador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Persistente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244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</w:tbl>
    <w:p>
      <w:r>
        <w:t>Escolha até 6 qualidades em cada coluna.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608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O que descobri</w:t>
            </w:r>
          </w:p>
        </w:tc>
        <w:tc>
          <w:tcPr>
            <w:tcW w:type="dxa" w:w="4896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Minhas anotações</w:t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Nós dois percebemos</w:t>
            </w:r>
          </w:p>
        </w:tc>
        <w:tc>
          <w:tcPr>
            <w:tcW w:type="dxa" w:w="48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A outra pessoa percebeu e eu não tinha marcado</w:t>
            </w:r>
          </w:p>
        </w:tc>
        <w:tc>
          <w:tcPr>
            <w:tcW w:type="dxa" w:w="48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Eu reconheço em mim</w:t>
            </w:r>
          </w:p>
        </w:tc>
        <w:tc>
          <w:tcPr>
            <w:tcW w:type="dxa" w:w="48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  <w:t>Uma qualidade que quero desenvolver</w:t>
            </w:r>
          </w:p>
        </w:tc>
        <w:tc>
          <w:tcPr>
            <w:tcW w:type="dxa" w:w="48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928"/>
      </w:tblGrid>
      <w:tr>
        <w:tc>
          <w:tcPr>
            <w:tcW w:type="dxa" w:w="5184"/>
            <w:shd w:fill="FF6A13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3</w:t>
            </w:r>
          </w:p>
        </w:tc>
        <w:tc>
          <w:tcPr>
            <w:tcW w:type="dxa" w:w="5184"/>
            <w:shd w:fill="1152C8"/>
            <w:vAlign w:val="center"/>
          </w:tcPr>
          <w:p>
            <w:r>
              <w:rPr>
                <w:b/>
                <w:color w:val="FFFFFF"/>
                <w:sz w:val="30"/>
              </w:rPr>
              <w:t>10 Segundos de Coragem</w:t>
            </w:r>
          </w:p>
        </w:tc>
      </w:tr>
    </w:tbl>
    <w:p>
      <w:pPr>
        <w:pStyle w:val="IntenseQuote"/>
      </w:pPr>
      <w:r>
        <w:t>O objetivo não é impressionar. É levantar e falar.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8064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Escolha um tema</w:t>
            </w:r>
          </w:p>
        </w:tc>
        <w:tc>
          <w:tcPr>
            <w:tcW w:type="dxa" w:w="1440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Minha escolha</w:t>
            </w:r>
          </w:p>
        </w:tc>
      </w:tr>
      <w:tr>
        <w:tc>
          <w:tcPr>
            <w:tcW w:type="dxa" w:w="8064"/>
            <w:vAlign w:val="center"/>
          </w:tcPr>
          <w:p>
            <w:r>
              <w:rPr>
                <w:color w:val="142033"/>
                <w:sz w:val="19"/>
              </w:rPr>
              <w:t>Animal preferido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8064"/>
            <w:vAlign w:val="center"/>
          </w:tcPr>
          <w:p>
            <w:r>
              <w:rPr>
                <w:color w:val="142033"/>
                <w:sz w:val="19"/>
              </w:rPr>
              <w:t>Esporte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8064"/>
            <w:vAlign w:val="center"/>
          </w:tcPr>
          <w:p>
            <w:r>
              <w:rPr>
                <w:color w:val="142033"/>
                <w:sz w:val="19"/>
              </w:rPr>
              <w:t>Comida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8064"/>
            <w:vAlign w:val="center"/>
          </w:tcPr>
          <w:p>
            <w:r>
              <w:rPr>
                <w:color w:val="142033"/>
                <w:sz w:val="19"/>
              </w:rPr>
              <w:t>Lugar que quero conhecer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8064"/>
            <w:vAlign w:val="center"/>
          </w:tcPr>
          <w:p>
            <w:r>
              <w:rPr>
                <w:color w:val="142033"/>
                <w:sz w:val="19"/>
              </w:rPr>
              <w:t>Pessoa que admiro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8064"/>
            <w:vAlign w:val="center"/>
          </w:tcPr>
          <w:p>
            <w:r>
              <w:rPr>
                <w:color w:val="142033"/>
                <w:sz w:val="19"/>
              </w:rPr>
              <w:t>Outro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</w:tbl>
    <w:p>
      <w:r>
        <w:rPr>
          <w:b/>
          <w:color w:val="1152C8"/>
          <w:sz w:val="22"/>
        </w:rPr>
        <w:t>Três palavras que quero lembrar antes de falar: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rPr>
          <w:b/>
          <w:color w:val="1152C8"/>
          <w:sz w:val="22"/>
        </w:rPr>
        <w:t>Depois do desafio eu me senti:</w:t>
      </w:r>
    </w:p>
    <w:p>
      <w:r>
        <w:t>□ Foi mais fácil do que imaginei     □ Fiquei nervoso, mas consegui     □ Quero tentar de novo     □ Foi difícil, mas participei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928"/>
      </w:tblGrid>
      <w:tr>
        <w:tc>
          <w:tcPr>
            <w:tcW w:type="dxa" w:w="5184"/>
            <w:shd w:fill="FF6A13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4</w:t>
            </w:r>
          </w:p>
        </w:tc>
        <w:tc>
          <w:tcPr>
            <w:tcW w:type="dxa" w:w="5184"/>
            <w:shd w:fill="1152C8"/>
            <w:vAlign w:val="center"/>
          </w:tcPr>
          <w:p>
            <w:r>
              <w:rPr>
                <w:b/>
                <w:color w:val="FFFFFF"/>
                <w:sz w:val="30"/>
              </w:rPr>
              <w:t>Leitura Poderosa</w:t>
            </w:r>
          </w:p>
        </w:tc>
      </w:tr>
    </w:tbl>
    <w:p>
      <w:pPr>
        <w:pStyle w:val="IntenseQuote"/>
      </w:pPr>
      <w:r>
        <w:t>A voz também conta uma história.</w:t>
      </w:r>
    </w:p>
    <w:p>
      <w:r>
        <w:rPr>
          <w:b/>
          <w:color w:val="1152C8"/>
          <w:sz w:val="22"/>
        </w:rPr>
        <w:t>Texto A</w:t>
      </w:r>
    </w:p>
    <w:p>
      <w:pPr>
        <w:spacing w:after="160"/>
        <w:ind w:left="288" w:right="288"/>
      </w:pPr>
      <w:r>
        <w:t>Quando alguém acredita na própria voz, uma pequena ideia pode se transformar em uma grande mudança.</w:t>
      </w:r>
    </w:p>
    <w:p>
      <w:r>
        <w:rPr>
          <w:b/>
          <w:color w:val="1152C8"/>
          <w:sz w:val="22"/>
        </w:rPr>
        <w:t>Texto B</w:t>
      </w:r>
    </w:p>
    <w:p>
      <w:pPr>
        <w:spacing w:after="160"/>
        <w:ind w:left="288" w:right="288"/>
      </w:pPr>
      <w:r>
        <w:t>A escola ficou em silêncio por alguns segundos. Então uma mão se levantou e uma nova ideia começou a ganhar vida.</w:t>
      </w:r>
    </w:p>
    <w:p>
      <w:r>
        <w:rPr>
          <w:b/>
          <w:color w:val="1152C8"/>
          <w:sz w:val="22"/>
        </w:rPr>
        <w:t>Texto C</w:t>
      </w:r>
    </w:p>
    <w:p>
      <w:pPr>
        <w:spacing w:after="160"/>
        <w:ind w:left="288" w:right="288"/>
      </w:pPr>
      <w:r>
        <w:t>Nem sempre coragem é falar sem medo. Às vezes, coragem é sentir o medo e mesmo assim decidir começar.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8064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Forma de ler</w:t>
            </w:r>
          </w:p>
        </w:tc>
        <w:tc>
          <w:tcPr>
            <w:tcW w:type="dxa" w:w="1440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Tentei?</w:t>
            </w:r>
          </w:p>
        </w:tc>
      </w:tr>
      <w:tr>
        <w:tc>
          <w:tcPr>
            <w:tcW w:type="dxa" w:w="8064"/>
            <w:vAlign w:val="center"/>
          </w:tcPr>
          <w:p>
            <w:r>
              <w:rPr>
                <w:color w:val="142033"/>
                <w:sz w:val="19"/>
              </w:rPr>
              <w:t>Como apresentador de rádio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8064"/>
            <w:vAlign w:val="center"/>
          </w:tcPr>
          <w:p>
            <w:r>
              <w:rPr>
                <w:color w:val="142033"/>
                <w:sz w:val="19"/>
              </w:rPr>
              <w:t>Como narrador esportivo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8064"/>
            <w:vAlign w:val="center"/>
          </w:tcPr>
          <w:p>
            <w:r>
              <w:rPr>
                <w:color w:val="142033"/>
                <w:sz w:val="19"/>
              </w:rPr>
              <w:t>Como se fosse um segredo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8064"/>
            <w:vAlign w:val="center"/>
          </w:tcPr>
          <w:p>
            <w:r>
              <w:rPr>
                <w:color w:val="142033"/>
                <w:sz w:val="19"/>
              </w:rPr>
              <w:t>Com suspense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8064"/>
            <w:vAlign w:val="center"/>
          </w:tcPr>
          <w:p>
            <w:r>
              <w:rPr>
                <w:color w:val="142033"/>
                <w:sz w:val="19"/>
              </w:rPr>
              <w:t>Com muita alegria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8064"/>
            <w:vAlign w:val="center"/>
          </w:tcPr>
          <w:p>
            <w:r>
              <w:rPr>
                <w:color w:val="142033"/>
                <w:sz w:val="19"/>
              </w:rPr>
              <w:t>Como um convite importante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5184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O que observei</w:t>
            </w:r>
          </w:p>
        </w:tc>
        <w:tc>
          <w:tcPr>
            <w:tcW w:type="dxa" w:w="2160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1ª tentativa</w:t>
            </w:r>
          </w:p>
        </w:tc>
        <w:tc>
          <w:tcPr>
            <w:tcW w:type="dxa" w:w="2160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2ª tentativa</w:t>
            </w:r>
          </w:p>
        </w:tc>
      </w:tr>
      <w:tr>
        <w:tc>
          <w:tcPr>
            <w:tcW w:type="dxa" w:w="5184"/>
            <w:vAlign w:val="center"/>
          </w:tcPr>
          <w:p>
            <w:r>
              <w:rPr>
                <w:color w:val="142033"/>
                <w:sz w:val="19"/>
              </w:rPr>
              <w:t>Pausas</w:t>
            </w:r>
          </w:p>
        </w:tc>
        <w:tc>
          <w:tcPr>
            <w:tcW w:type="dxa" w:w="2160"/>
            <w:vAlign w:val="center"/>
          </w:tcPr>
          <w:p>
            <w:r>
              <w:rPr>
                <w:color w:val="142033"/>
                <w:sz w:val="19"/>
              </w:rPr>
            </w:r>
          </w:p>
        </w:tc>
        <w:tc>
          <w:tcPr>
            <w:tcW w:type="dxa" w:w="2160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5184"/>
            <w:vAlign w:val="center"/>
          </w:tcPr>
          <w:p>
            <w:r>
              <w:rPr>
                <w:color w:val="142033"/>
                <w:sz w:val="19"/>
              </w:rPr>
              <w:t>Clareza</w:t>
            </w:r>
          </w:p>
        </w:tc>
        <w:tc>
          <w:tcPr>
            <w:tcW w:type="dxa" w:w="2160"/>
            <w:vAlign w:val="center"/>
          </w:tcPr>
          <w:p>
            <w:r>
              <w:rPr>
                <w:color w:val="142033"/>
                <w:sz w:val="19"/>
              </w:rPr>
            </w:r>
          </w:p>
        </w:tc>
        <w:tc>
          <w:tcPr>
            <w:tcW w:type="dxa" w:w="2160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5184"/>
            <w:vAlign w:val="center"/>
          </w:tcPr>
          <w:p>
            <w:r>
              <w:rPr>
                <w:color w:val="142033"/>
                <w:sz w:val="19"/>
              </w:rPr>
              <w:t>Volume</w:t>
            </w:r>
          </w:p>
        </w:tc>
        <w:tc>
          <w:tcPr>
            <w:tcW w:type="dxa" w:w="2160"/>
            <w:vAlign w:val="center"/>
          </w:tcPr>
          <w:p>
            <w:r>
              <w:rPr>
                <w:color w:val="142033"/>
                <w:sz w:val="19"/>
              </w:rPr>
            </w:r>
          </w:p>
        </w:tc>
        <w:tc>
          <w:tcPr>
            <w:tcW w:type="dxa" w:w="2160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5184"/>
            <w:vAlign w:val="center"/>
          </w:tcPr>
          <w:p>
            <w:r>
              <w:rPr>
                <w:color w:val="142033"/>
                <w:sz w:val="19"/>
              </w:rPr>
              <w:t>Ritmo</w:t>
            </w:r>
          </w:p>
        </w:tc>
        <w:tc>
          <w:tcPr>
            <w:tcW w:type="dxa" w:w="2160"/>
            <w:vAlign w:val="center"/>
          </w:tcPr>
          <w:p>
            <w:r>
              <w:rPr>
                <w:color w:val="142033"/>
                <w:sz w:val="19"/>
              </w:rPr>
            </w:r>
          </w:p>
        </w:tc>
        <w:tc>
          <w:tcPr>
            <w:tcW w:type="dxa" w:w="2160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5184"/>
            <w:vAlign w:val="center"/>
          </w:tcPr>
          <w:p>
            <w:r>
              <w:rPr>
                <w:color w:val="142033"/>
                <w:sz w:val="19"/>
              </w:rPr>
              <w:t>Emoção</w:t>
            </w:r>
          </w:p>
        </w:tc>
        <w:tc>
          <w:tcPr>
            <w:tcW w:type="dxa" w:w="2160"/>
            <w:vAlign w:val="center"/>
          </w:tcPr>
          <w:p>
            <w:r>
              <w:rPr>
                <w:color w:val="142033"/>
                <w:sz w:val="19"/>
              </w:rPr>
            </w:r>
          </w:p>
        </w:tc>
        <w:tc>
          <w:tcPr>
            <w:tcW w:type="dxa" w:w="2160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5184"/>
            <w:vAlign w:val="center"/>
          </w:tcPr>
          <w:p>
            <w:r>
              <w:rPr>
                <w:color w:val="142033"/>
                <w:sz w:val="19"/>
              </w:rPr>
              <w:t>Intenção</w:t>
            </w:r>
          </w:p>
        </w:tc>
        <w:tc>
          <w:tcPr>
            <w:tcW w:type="dxa" w:w="2160"/>
            <w:vAlign w:val="center"/>
          </w:tcPr>
          <w:p>
            <w:r>
              <w:rPr>
                <w:color w:val="142033"/>
                <w:sz w:val="19"/>
              </w:rPr>
            </w:r>
          </w:p>
        </w:tc>
        <w:tc>
          <w:tcPr>
            <w:tcW w:type="dxa" w:w="2160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928"/>
      </w:tblGrid>
      <w:tr>
        <w:tc>
          <w:tcPr>
            <w:tcW w:type="dxa" w:w="5184"/>
            <w:shd w:fill="FF6A13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5</w:t>
            </w:r>
          </w:p>
        </w:tc>
        <w:tc>
          <w:tcPr>
            <w:tcW w:type="dxa" w:w="5184"/>
            <w:shd w:fill="1152C8"/>
            <w:vAlign w:val="center"/>
          </w:tcPr>
          <w:p>
            <w:r>
              <w:rPr>
                <w:b/>
                <w:color w:val="FFFFFF"/>
                <w:sz w:val="30"/>
              </w:rPr>
              <w:t>Voz Poderosa</w:t>
            </w:r>
          </w:p>
        </w:tc>
      </w:tr>
    </w:tbl>
    <w:p>
      <w:pPr>
        <w:pStyle w:val="IntenseQuote"/>
      </w:pPr>
      <w:r>
        <w:t>Experimente mudar ritmo, volume, pausa, emoção e intenção.</w:t>
      </w:r>
    </w:p>
    <w:p>
      <w:r>
        <w:rPr>
          <w:b/>
          <w:color w:val="1152C8"/>
          <w:sz w:val="22"/>
        </w:rPr>
        <w:t>Frase para praticar:</w:t>
      </w:r>
    </w:p>
    <w:p>
      <w:pPr>
        <w:jc w:val="center"/>
      </w:pPr>
      <w:r>
        <w:rPr>
          <w:b/>
          <w:color w:val="FF6A13"/>
          <w:sz w:val="32"/>
        </w:rPr>
        <w:t>“Hoje pode ser o começo de alguma coisa incrível.”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752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Experimento</w:t>
            </w:r>
          </w:p>
        </w:tc>
        <w:tc>
          <w:tcPr>
            <w:tcW w:type="dxa" w:w="4752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O que mudou?</w:t>
            </w:r>
          </w:p>
        </w:tc>
      </w:tr>
      <w:tr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  <w:t>Falei mais devagar</w:t>
            </w:r>
          </w:p>
        </w:tc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  <w:t>Usei uma pausa antes da frase final</w:t>
            </w:r>
          </w:p>
        </w:tc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  <w:t>Falei com mais energia</w:t>
            </w:r>
          </w:p>
        </w:tc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  <w:t>Falei como se fosse um segredo</w:t>
            </w:r>
          </w:p>
        </w:tc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  <w:t>Falei como locutor/apresentador</w:t>
            </w:r>
          </w:p>
        </w:tc>
        <w:tc>
          <w:tcPr>
            <w:tcW w:type="dxa" w:w="475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</w:tbl>
    <w:p>
      <w:r>
        <w:rPr>
          <w:b/>
          <w:color w:val="1152C8"/>
          <w:sz w:val="22"/>
        </w:rPr>
        <w:t>Uma coisa que quero melhorar na minha voz: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928"/>
      </w:tblGrid>
      <w:tr>
        <w:tc>
          <w:tcPr>
            <w:tcW w:type="dxa" w:w="5184"/>
            <w:shd w:fill="FF6A13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6</w:t>
            </w:r>
          </w:p>
        </w:tc>
        <w:tc>
          <w:tcPr>
            <w:tcW w:type="dxa" w:w="5184"/>
            <w:shd w:fill="1152C8"/>
            <w:vAlign w:val="center"/>
          </w:tcPr>
          <w:p>
            <w:r>
              <w:rPr>
                <w:b/>
                <w:color w:val="FFFFFF"/>
                <w:sz w:val="30"/>
              </w:rPr>
              <w:t>História Surpresa - 1 Minuto</w:t>
            </w:r>
          </w:p>
        </w:tc>
      </w:tr>
    </w:tbl>
    <w:p>
      <w:pPr>
        <w:pStyle w:val="IntenseQuote"/>
      </w:pPr>
      <w:r>
        <w:t>Continue falando enquanto novas palavras ou objetos aparecem.</w:t>
      </w:r>
    </w:p>
    <w:p>
      <w:r>
        <w:t>Durante 1 minuto, novas palavras ou objetos serão mostrados. Sua missão é incluir cada um na história sem parar. Não precisa ficar perfeito: precisa fazer sentido o suficiente para continuar.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1728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Momento</w:t>
            </w:r>
          </w:p>
        </w:tc>
        <w:tc>
          <w:tcPr>
            <w:tcW w:type="dxa" w:w="3456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Palavra ou objeto que apareceu</w:t>
            </w:r>
          </w:p>
        </w:tc>
        <w:tc>
          <w:tcPr>
            <w:tcW w:type="dxa" w:w="4320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Como usei na história</w:t>
            </w:r>
          </w:p>
        </w:tc>
      </w:tr>
      <w:tr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Início</w:t>
            </w:r>
          </w:p>
        </w:tc>
        <w:tc>
          <w:tcPr>
            <w:tcW w:type="dxa" w:w="3456"/>
            <w:vAlign w:val="center"/>
          </w:tcPr>
          <w:p>
            <w:r>
              <w:rPr>
                <w:color w:val="142033"/>
                <w:sz w:val="19"/>
              </w:rPr>
            </w:r>
          </w:p>
        </w:tc>
        <w:tc>
          <w:tcPr>
            <w:tcW w:type="dxa" w:w="4320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12 segundos</w:t>
            </w:r>
          </w:p>
        </w:tc>
        <w:tc>
          <w:tcPr>
            <w:tcW w:type="dxa" w:w="3456"/>
            <w:vAlign w:val="center"/>
          </w:tcPr>
          <w:p>
            <w:r>
              <w:rPr>
                <w:color w:val="142033"/>
                <w:sz w:val="19"/>
              </w:rPr>
            </w:r>
          </w:p>
        </w:tc>
        <w:tc>
          <w:tcPr>
            <w:tcW w:type="dxa" w:w="4320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24 segundos</w:t>
            </w:r>
          </w:p>
        </w:tc>
        <w:tc>
          <w:tcPr>
            <w:tcW w:type="dxa" w:w="3456"/>
            <w:vAlign w:val="center"/>
          </w:tcPr>
          <w:p>
            <w:r>
              <w:rPr>
                <w:color w:val="142033"/>
                <w:sz w:val="19"/>
              </w:rPr>
            </w:r>
          </w:p>
        </w:tc>
        <w:tc>
          <w:tcPr>
            <w:tcW w:type="dxa" w:w="4320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36 segundos</w:t>
            </w:r>
          </w:p>
        </w:tc>
        <w:tc>
          <w:tcPr>
            <w:tcW w:type="dxa" w:w="3456"/>
            <w:vAlign w:val="center"/>
          </w:tcPr>
          <w:p>
            <w:r>
              <w:rPr>
                <w:color w:val="142033"/>
                <w:sz w:val="19"/>
              </w:rPr>
            </w:r>
          </w:p>
        </w:tc>
        <w:tc>
          <w:tcPr>
            <w:tcW w:type="dxa" w:w="4320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48 segundos</w:t>
            </w:r>
          </w:p>
        </w:tc>
        <w:tc>
          <w:tcPr>
            <w:tcW w:type="dxa" w:w="3456"/>
            <w:vAlign w:val="center"/>
          </w:tcPr>
          <w:p>
            <w:r>
              <w:rPr>
                <w:color w:val="142033"/>
                <w:sz w:val="19"/>
              </w:rPr>
            </w:r>
          </w:p>
        </w:tc>
        <w:tc>
          <w:tcPr>
            <w:tcW w:type="dxa" w:w="4320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</w:tbl>
    <w:p>
      <w:r>
        <w:rPr>
          <w:b/>
          <w:color w:val="1152C8"/>
          <w:sz w:val="22"/>
        </w:rPr>
        <w:t>Minha história começou assim: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rPr>
          <w:b/>
          <w:color w:val="1152C8"/>
          <w:sz w:val="22"/>
        </w:rPr>
        <w:t>O elemento mais difícil de encaixar foi: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rPr>
          <w:b/>
          <w:color w:val="1152C8"/>
          <w:sz w:val="22"/>
        </w:rPr>
        <w:t>O que eu fiz para não parar de falar: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928"/>
      </w:tblGrid>
      <w:tr>
        <w:tc>
          <w:tcPr>
            <w:tcW w:type="dxa" w:w="5184"/>
            <w:shd w:fill="FF6A13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7</w:t>
            </w:r>
          </w:p>
        </w:tc>
        <w:tc>
          <w:tcPr>
            <w:tcW w:type="dxa" w:w="5184"/>
            <w:shd w:fill="1152C8"/>
            <w:vAlign w:val="center"/>
          </w:tcPr>
          <w:p>
            <w:r>
              <w:rPr>
                <w:b/>
                <w:color w:val="FFFFFF"/>
                <w:sz w:val="30"/>
              </w:rPr>
              <w:t>Conte uma História</w:t>
            </w:r>
          </w:p>
        </w:tc>
      </w:tr>
    </w:tbl>
    <w:p>
      <w:pPr>
        <w:pStyle w:val="IntenseQuote"/>
      </w:pPr>
      <w:r>
        <w:t>Personagem → Desafio → Coragem → Transformação.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00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Etapa</w:t>
            </w:r>
          </w:p>
        </w:tc>
        <w:tc>
          <w:tcPr>
            <w:tcW w:type="dxa" w:w="5904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Minha história</w:t>
            </w:r>
          </w:p>
        </w:tc>
      </w:tr>
      <w:tr>
        <w:tc>
          <w:tcPr>
            <w:tcW w:type="dxa" w:w="3600"/>
            <w:vAlign w:val="center"/>
          </w:tcPr>
          <w:p>
            <w:r>
              <w:rPr>
                <w:color w:val="142033"/>
                <w:sz w:val="19"/>
              </w:rPr>
              <w:t>PERSONAGEM - Quem é?</w:t>
            </w:r>
          </w:p>
        </w:tc>
        <w:tc>
          <w:tcPr>
            <w:tcW w:type="dxa" w:w="5904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600"/>
            <w:vAlign w:val="center"/>
          </w:tcPr>
          <w:p>
            <w:r>
              <w:rPr>
                <w:color w:val="142033"/>
                <w:sz w:val="19"/>
              </w:rPr>
              <w:t>OBJETIVO - O que queria?</w:t>
            </w:r>
          </w:p>
        </w:tc>
        <w:tc>
          <w:tcPr>
            <w:tcW w:type="dxa" w:w="5904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600"/>
            <w:vAlign w:val="center"/>
          </w:tcPr>
          <w:p>
            <w:r>
              <w:rPr>
                <w:color w:val="142033"/>
                <w:sz w:val="19"/>
              </w:rPr>
              <w:t>DESAFIO - O que aconteceu?</w:t>
            </w:r>
          </w:p>
        </w:tc>
        <w:tc>
          <w:tcPr>
            <w:tcW w:type="dxa" w:w="5904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600"/>
            <w:vAlign w:val="center"/>
          </w:tcPr>
          <w:p>
            <w:r>
              <w:rPr>
                <w:color w:val="142033"/>
                <w:sz w:val="19"/>
              </w:rPr>
              <w:t>CORAGEM - O que fez?</w:t>
            </w:r>
          </w:p>
        </w:tc>
        <w:tc>
          <w:tcPr>
            <w:tcW w:type="dxa" w:w="5904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600"/>
            <w:vAlign w:val="center"/>
          </w:tcPr>
          <w:p>
            <w:r>
              <w:rPr>
                <w:color w:val="142033"/>
                <w:sz w:val="19"/>
              </w:rPr>
              <w:t>TRANSFORMAÇÃO - O que mudou?</w:t>
            </w:r>
          </w:p>
        </w:tc>
        <w:tc>
          <w:tcPr>
            <w:tcW w:type="dxa" w:w="5904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</w:tbl>
    <w:p>
      <w:r>
        <w:rPr>
          <w:b/>
          <w:color w:val="1152C8"/>
          <w:sz w:val="22"/>
        </w:rPr>
        <w:t>Uma frase de abertura para minha história: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rPr>
          <w:b/>
          <w:color w:val="1152C8"/>
          <w:sz w:val="22"/>
        </w:rPr>
        <w:t>Uma frase de encerramento: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928"/>
      </w:tblGrid>
      <w:tr>
        <w:tc>
          <w:tcPr>
            <w:tcW w:type="dxa" w:w="5184"/>
            <w:shd w:fill="FF6A13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8</w:t>
            </w:r>
          </w:p>
        </w:tc>
        <w:tc>
          <w:tcPr>
            <w:tcW w:type="dxa" w:w="5184"/>
            <w:shd w:fill="1152C8"/>
            <w:vAlign w:val="center"/>
          </w:tcPr>
          <w:p>
            <w:r>
              <w:rPr>
                <w:b/>
                <w:color w:val="FFFFFF"/>
                <w:sz w:val="30"/>
              </w:rPr>
              <w:t>Por que isso importa?</w:t>
            </w:r>
          </w:p>
        </w:tc>
      </w:tr>
    </w:tbl>
    <w:p>
      <w:pPr>
        <w:pStyle w:val="IntenseQuote"/>
      </w:pPr>
      <w:r>
        <w:t>Comece pelo motivo, pense no caminho e termine com a proposta.</w:t>
      </w:r>
    </w:p>
    <w:p>
      <w:r>
        <w:rPr>
          <w:b/>
          <w:color w:val="1152C8"/>
          <w:sz w:val="22"/>
        </w:rPr>
        <w:t>Meu tema: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896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Pergunta</w:t>
            </w:r>
          </w:p>
        </w:tc>
        <w:tc>
          <w:tcPr>
            <w:tcW w:type="dxa" w:w="4608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Minha resposta</w:t>
            </w:r>
          </w:p>
        </w:tc>
      </w:tr>
      <w:tr>
        <w:tc>
          <w:tcPr>
            <w:tcW w:type="dxa" w:w="4896"/>
            <w:vAlign w:val="center"/>
          </w:tcPr>
          <w:p>
            <w:r>
              <w:rPr>
                <w:color w:val="142033"/>
                <w:sz w:val="19"/>
              </w:rPr>
              <w:t>POR QUÊ? Por que isso é importante?</w:t>
            </w:r>
          </w:p>
        </w:tc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4896"/>
            <w:vAlign w:val="center"/>
          </w:tcPr>
          <w:p>
            <w:r>
              <w:rPr>
                <w:color w:val="142033"/>
                <w:sz w:val="19"/>
              </w:rPr>
              <w:t>COMO? Como podemos fazer acontecer?</w:t>
            </w:r>
          </w:p>
        </w:tc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4896"/>
            <w:vAlign w:val="center"/>
          </w:tcPr>
          <w:p>
            <w:r>
              <w:rPr>
                <w:color w:val="142033"/>
                <w:sz w:val="19"/>
              </w:rPr>
              <w:t>O QUÊ? O que estou propondo?</w:t>
            </w:r>
          </w:p>
        </w:tc>
        <w:tc>
          <w:tcPr>
            <w:tcW w:type="dxa" w:w="4608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</w:tbl>
    <w:p>
      <w:r>
        <w:rPr>
          <w:b/>
          <w:color w:val="1152C8"/>
          <w:sz w:val="22"/>
        </w:rPr>
        <w:t>Minha mensagem em uma frase: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928"/>
      </w:tblGrid>
      <w:tr>
        <w:tc>
          <w:tcPr>
            <w:tcW w:type="dxa" w:w="5184"/>
            <w:shd w:fill="FF6A13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9</w:t>
            </w:r>
          </w:p>
        </w:tc>
        <w:tc>
          <w:tcPr>
            <w:tcW w:type="dxa" w:w="5184"/>
            <w:shd w:fill="1152C8"/>
            <w:vAlign w:val="center"/>
          </w:tcPr>
          <w:p>
            <w:r>
              <w:rPr>
                <w:b/>
                <w:color w:val="FFFFFF"/>
                <w:sz w:val="30"/>
              </w:rPr>
              <w:t>Desafio do Consenso</w:t>
            </w:r>
          </w:p>
        </w:tc>
      </w:tr>
    </w:tbl>
    <w:p>
      <w:pPr>
        <w:pStyle w:val="IntenseQuote"/>
      </w:pPr>
      <w:r>
        <w:t>Primeiro pense sozinho. Depois escute, argumente e construa uma decisão em grupo.</w:t>
      </w:r>
    </w:p>
    <w:p>
      <w:r>
        <w:rPr>
          <w:b/>
          <w:color w:val="FF6A13"/>
        </w:rPr>
        <w:t>O projeto que caiu.</w:t>
      </w:r>
    </w:p>
    <w:p>
      <w:r>
        <w:t>A turma preparou uma maquete para a Feira de Ciências. Lara ficou responsável por guardar a maquete, mas a deixou perto da passagem. Bruno percebeu que uma das bases estava solta, mas não contou para ninguém. Sofia pediu para mudar a maquete de lugar, porém saiu antes de ajudar. Caio entrou correndo na sala e esbarrou na mesa. A professora estava organizando outro grupo e não viu o que aconteceu. A maquete caiu e quebrou pouco antes da apresentação.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2304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Personagem</w:t>
            </w:r>
          </w:p>
        </w:tc>
        <w:tc>
          <w:tcPr>
            <w:tcW w:type="dxa" w:w="2304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Minha ordem (1 a 5)</w:t>
            </w:r>
          </w:p>
        </w:tc>
        <w:tc>
          <w:tcPr>
            <w:tcW w:type="dxa" w:w="4896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Por quê?</w:t>
            </w:r>
          </w:p>
        </w:tc>
      </w:tr>
      <w:tr>
        <w:tc>
          <w:tcPr>
            <w:tcW w:type="dxa" w:w="2304"/>
            <w:vAlign w:val="center"/>
          </w:tcPr>
          <w:p>
            <w:r>
              <w:rPr>
                <w:color w:val="142033"/>
                <w:sz w:val="19"/>
              </w:rPr>
              <w:t>Lara</w:t>
            </w:r>
          </w:p>
        </w:tc>
        <w:tc>
          <w:tcPr>
            <w:tcW w:type="dxa" w:w="2304"/>
            <w:vAlign w:val="center"/>
          </w:tcPr>
          <w:p>
            <w:r>
              <w:rPr>
                <w:color w:val="142033"/>
                <w:sz w:val="19"/>
              </w:rPr>
            </w:r>
          </w:p>
        </w:tc>
        <w:tc>
          <w:tcPr>
            <w:tcW w:type="dxa" w:w="48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2304"/>
            <w:vAlign w:val="center"/>
          </w:tcPr>
          <w:p>
            <w:r>
              <w:rPr>
                <w:color w:val="142033"/>
                <w:sz w:val="19"/>
              </w:rPr>
              <w:t>Bruno</w:t>
            </w:r>
          </w:p>
        </w:tc>
        <w:tc>
          <w:tcPr>
            <w:tcW w:type="dxa" w:w="2304"/>
            <w:vAlign w:val="center"/>
          </w:tcPr>
          <w:p>
            <w:r>
              <w:rPr>
                <w:color w:val="142033"/>
                <w:sz w:val="19"/>
              </w:rPr>
            </w:r>
          </w:p>
        </w:tc>
        <w:tc>
          <w:tcPr>
            <w:tcW w:type="dxa" w:w="48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2304"/>
            <w:vAlign w:val="center"/>
          </w:tcPr>
          <w:p>
            <w:r>
              <w:rPr>
                <w:color w:val="142033"/>
                <w:sz w:val="19"/>
              </w:rPr>
              <w:t>Sofia</w:t>
            </w:r>
          </w:p>
        </w:tc>
        <w:tc>
          <w:tcPr>
            <w:tcW w:type="dxa" w:w="2304"/>
            <w:vAlign w:val="center"/>
          </w:tcPr>
          <w:p>
            <w:r>
              <w:rPr>
                <w:color w:val="142033"/>
                <w:sz w:val="19"/>
              </w:rPr>
            </w:r>
          </w:p>
        </w:tc>
        <w:tc>
          <w:tcPr>
            <w:tcW w:type="dxa" w:w="48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2304"/>
            <w:vAlign w:val="center"/>
          </w:tcPr>
          <w:p>
            <w:r>
              <w:rPr>
                <w:color w:val="142033"/>
                <w:sz w:val="19"/>
              </w:rPr>
              <w:t>Caio</w:t>
            </w:r>
          </w:p>
        </w:tc>
        <w:tc>
          <w:tcPr>
            <w:tcW w:type="dxa" w:w="2304"/>
            <w:vAlign w:val="center"/>
          </w:tcPr>
          <w:p>
            <w:r>
              <w:rPr>
                <w:color w:val="142033"/>
                <w:sz w:val="19"/>
              </w:rPr>
            </w:r>
          </w:p>
        </w:tc>
        <w:tc>
          <w:tcPr>
            <w:tcW w:type="dxa" w:w="48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2304"/>
            <w:vAlign w:val="center"/>
          </w:tcPr>
          <w:p>
            <w:r>
              <w:rPr>
                <w:color w:val="142033"/>
                <w:sz w:val="19"/>
              </w:rPr>
              <w:t>Professora</w:t>
            </w:r>
          </w:p>
        </w:tc>
        <w:tc>
          <w:tcPr>
            <w:tcW w:type="dxa" w:w="2304"/>
            <w:vAlign w:val="center"/>
          </w:tcPr>
          <w:p>
            <w:r>
              <w:rPr>
                <w:color w:val="142033"/>
                <w:sz w:val="19"/>
              </w:rPr>
            </w:r>
          </w:p>
        </w:tc>
        <w:tc>
          <w:tcPr>
            <w:tcW w:type="dxa" w:w="489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</w:tbl>
    <w:p>
      <w:r>
        <w:rPr>
          <w:b/>
          <w:color w:val="1152C8"/>
          <w:sz w:val="22"/>
        </w:rPr>
        <w:t>Na minha opinião, a maior responsabilidade foi de: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rPr>
          <w:b/>
          <w:color w:val="1152C8"/>
          <w:sz w:val="22"/>
        </w:rPr>
        <w:t>Minha justificativa: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rPr>
          <w:b/>
          <w:color w:val="1152C8"/>
          <w:sz w:val="22"/>
        </w:rPr>
        <w:t>Depois da conversa em grupo, o consenso foi: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928"/>
      </w:tblGrid>
      <w:tr>
        <w:tc>
          <w:tcPr>
            <w:tcW w:type="dxa" w:w="5184"/>
            <w:shd w:fill="FF6A13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10</w:t>
            </w:r>
          </w:p>
        </w:tc>
        <w:tc>
          <w:tcPr>
            <w:tcW w:type="dxa" w:w="5184"/>
            <w:shd w:fill="1152C8"/>
            <w:vAlign w:val="center"/>
          </w:tcPr>
          <w:p>
            <w:r>
              <w:rPr>
                <w:b/>
                <w:color w:val="FFFFFF"/>
                <w:sz w:val="30"/>
              </w:rPr>
              <w:t>Defenda sua Ideia</w:t>
            </w:r>
          </w:p>
        </w:tc>
      </w:tr>
    </w:tbl>
    <w:p>
      <w:pPr>
        <w:pStyle w:val="IntenseQuote"/>
      </w:pPr>
      <w:r>
        <w:t>Opinião + motivo + exemplo + conclusão.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168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Etapa</w:t>
            </w:r>
          </w:p>
        </w:tc>
        <w:tc>
          <w:tcPr>
            <w:tcW w:type="dxa" w:w="6336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Minha fala</w:t>
            </w:r>
          </w:p>
        </w:tc>
      </w:tr>
      <w:tr>
        <w:tc>
          <w:tcPr>
            <w:tcW w:type="dxa" w:w="3168"/>
            <w:vAlign w:val="center"/>
          </w:tcPr>
          <w:p>
            <w:r>
              <w:rPr>
                <w:color w:val="142033"/>
                <w:sz w:val="19"/>
              </w:rPr>
              <w:t>EU PENSO QUE...</w:t>
            </w:r>
          </w:p>
        </w:tc>
        <w:tc>
          <w:tcPr>
            <w:tcW w:type="dxa" w:w="633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168"/>
            <w:vAlign w:val="center"/>
          </w:tcPr>
          <w:p>
            <w:r>
              <w:rPr>
                <w:color w:val="142033"/>
                <w:sz w:val="19"/>
              </w:rPr>
              <w:t>PORQUE...</w:t>
            </w:r>
          </w:p>
        </w:tc>
        <w:tc>
          <w:tcPr>
            <w:tcW w:type="dxa" w:w="633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168"/>
            <w:vAlign w:val="center"/>
          </w:tcPr>
          <w:p>
            <w:r>
              <w:rPr>
                <w:color w:val="142033"/>
                <w:sz w:val="19"/>
              </w:rPr>
              <w:t>POR EXEMPLO...</w:t>
            </w:r>
          </w:p>
        </w:tc>
        <w:tc>
          <w:tcPr>
            <w:tcW w:type="dxa" w:w="633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168"/>
            <w:vAlign w:val="center"/>
          </w:tcPr>
          <w:p>
            <w:r>
              <w:rPr>
                <w:color w:val="142033"/>
                <w:sz w:val="19"/>
              </w:rPr>
              <w:t>POR ISSO...</w:t>
            </w:r>
          </w:p>
        </w:tc>
        <w:tc>
          <w:tcPr>
            <w:tcW w:type="dxa" w:w="633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</w:tbl>
    <w:p>
      <w:r>
        <w:rPr>
          <w:b/>
          <w:color w:val="1152C8"/>
          <w:sz w:val="22"/>
        </w:rPr>
        <w:t>Tema que escolhi: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rPr>
          <w:b/>
          <w:color w:val="1152C8"/>
          <w:sz w:val="22"/>
        </w:rPr>
        <w:t>Uma pergunta que alguém poderia fazer contra minha opinião: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rPr>
          <w:b/>
          <w:color w:val="1152C8"/>
          <w:sz w:val="22"/>
        </w:rPr>
        <w:t>Como eu responderia: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928"/>
      </w:tblGrid>
      <w:tr>
        <w:tc>
          <w:tcPr>
            <w:tcW w:type="dxa" w:w="5184"/>
            <w:shd w:fill="FF6A13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11</w:t>
            </w:r>
          </w:p>
        </w:tc>
        <w:tc>
          <w:tcPr>
            <w:tcW w:type="dxa" w:w="5184"/>
            <w:shd w:fill="1152C8"/>
            <w:vAlign w:val="center"/>
          </w:tcPr>
          <w:p>
            <w:r>
              <w:rPr>
                <w:b/>
                <w:color w:val="FFFFFF"/>
                <w:sz w:val="30"/>
              </w:rPr>
              <w:t>Palco Final</w:t>
            </w:r>
          </w:p>
        </w:tc>
      </w:tr>
    </w:tbl>
    <w:p>
      <w:pPr>
        <w:pStyle w:val="IntenseQuote"/>
      </w:pPr>
      <w:r>
        <w:t>Uma mensagem com começo, meio, fim e chamada para ação.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312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Parte</w:t>
            </w:r>
          </w:p>
        </w:tc>
        <w:tc>
          <w:tcPr>
            <w:tcW w:type="dxa" w:w="6192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Meu planejamento</w:t>
            </w:r>
          </w:p>
        </w:tc>
      </w:tr>
      <w:tr>
        <w:tc>
          <w:tcPr>
            <w:tcW w:type="dxa" w:w="3312"/>
            <w:vAlign w:val="center"/>
          </w:tcPr>
          <w:p>
            <w:r>
              <w:rPr>
                <w:color w:val="142033"/>
                <w:sz w:val="19"/>
              </w:rPr>
              <w:t>Tema</w:t>
            </w:r>
          </w:p>
        </w:tc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312"/>
            <w:vAlign w:val="center"/>
          </w:tcPr>
          <w:p>
            <w:r>
              <w:rPr>
                <w:color w:val="142033"/>
                <w:sz w:val="19"/>
              </w:rPr>
              <w:t>Por que isso importa?</w:t>
            </w:r>
          </w:p>
        </w:tc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312"/>
            <w:vAlign w:val="center"/>
          </w:tcPr>
          <w:p>
            <w:r>
              <w:rPr>
                <w:color w:val="142033"/>
                <w:sz w:val="19"/>
              </w:rPr>
              <w:t>Abertura</w:t>
            </w:r>
          </w:p>
        </w:tc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312"/>
            <w:vAlign w:val="center"/>
          </w:tcPr>
          <w:p>
            <w:r>
              <w:rPr>
                <w:color w:val="142033"/>
                <w:sz w:val="19"/>
              </w:rPr>
              <w:t>Ideia principal</w:t>
            </w:r>
          </w:p>
        </w:tc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312"/>
            <w:vAlign w:val="center"/>
          </w:tcPr>
          <w:p>
            <w:r>
              <w:rPr>
                <w:color w:val="142033"/>
                <w:sz w:val="19"/>
              </w:rPr>
              <w:t>Ponto 1</w:t>
            </w:r>
          </w:p>
        </w:tc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312"/>
            <w:vAlign w:val="center"/>
          </w:tcPr>
          <w:p>
            <w:r>
              <w:rPr>
                <w:color w:val="142033"/>
                <w:sz w:val="19"/>
              </w:rPr>
              <w:t>Ponto 2</w:t>
            </w:r>
          </w:p>
        </w:tc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312"/>
            <w:vAlign w:val="center"/>
          </w:tcPr>
          <w:p>
            <w:r>
              <w:rPr>
                <w:color w:val="142033"/>
                <w:sz w:val="19"/>
              </w:rPr>
              <w:t>Ponto 3</w:t>
            </w:r>
          </w:p>
        </w:tc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312"/>
            <w:vAlign w:val="center"/>
          </w:tcPr>
          <w:p>
            <w:r>
              <w:rPr>
                <w:color w:val="142033"/>
                <w:sz w:val="19"/>
              </w:rPr>
              <w:t>Exemplo ou história</w:t>
            </w:r>
          </w:p>
        </w:tc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312"/>
            <w:vAlign w:val="center"/>
          </w:tcPr>
          <w:p>
            <w:r>
              <w:rPr>
                <w:color w:val="142033"/>
                <w:sz w:val="19"/>
              </w:rPr>
              <w:t>Encerramento</w:t>
            </w:r>
          </w:p>
        </w:tc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312"/>
            <w:vAlign w:val="center"/>
          </w:tcPr>
          <w:p>
            <w:r>
              <w:rPr>
                <w:color w:val="142033"/>
                <w:sz w:val="19"/>
              </w:rPr>
              <w:t>Chamada para ação</w:t>
            </w:r>
          </w:p>
        </w:tc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</w:tbl>
    <w:p>
      <w:r>
        <w:br w:type="page"/>
      </w:r>
    </w:p>
    <w:p>
      <w:pPr>
        <w:jc w:val="center"/>
      </w:pPr>
      <w:r>
        <w:rPr>
          <w:b/>
          <w:color w:val="1152C8"/>
          <w:sz w:val="52"/>
        </w:rPr>
        <w:t>Caixa de Ferramentas do Discurso</w:t>
      </w:r>
    </w:p>
    <w:p>
      <w:pPr>
        <w:jc w:val="center"/>
      </w:pPr>
      <w:r>
        <w:rPr>
          <w:color w:val="607087"/>
          <w:sz w:val="24"/>
        </w:rPr>
        <w:t>Escolha o que combina com sua mensagem.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168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ABERTURAS</w:t>
            </w:r>
          </w:p>
        </w:tc>
        <w:tc>
          <w:tcPr>
            <w:tcW w:type="dxa" w:w="6336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Meu exemplo</w:t>
            </w:r>
          </w:p>
        </w:tc>
      </w:tr>
      <w:tr>
        <w:tc>
          <w:tcPr>
            <w:tcW w:type="dxa" w:w="3168"/>
            <w:vAlign w:val="center"/>
          </w:tcPr>
          <w:p>
            <w:r>
              <w:rPr>
                <w:color w:val="142033"/>
                <w:sz w:val="19"/>
              </w:rPr>
              <w:t>Pergunta</w:t>
            </w:r>
          </w:p>
        </w:tc>
        <w:tc>
          <w:tcPr>
            <w:tcW w:type="dxa" w:w="633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168"/>
            <w:vAlign w:val="center"/>
          </w:tcPr>
          <w:p>
            <w:r>
              <w:rPr>
                <w:color w:val="142033"/>
                <w:sz w:val="19"/>
              </w:rPr>
              <w:t>História</w:t>
            </w:r>
          </w:p>
        </w:tc>
        <w:tc>
          <w:tcPr>
            <w:tcW w:type="dxa" w:w="633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168"/>
            <w:vAlign w:val="center"/>
          </w:tcPr>
          <w:p>
            <w:r>
              <w:rPr>
                <w:color w:val="142033"/>
                <w:sz w:val="19"/>
              </w:rPr>
              <w:t>Curiosidade</w:t>
            </w:r>
          </w:p>
        </w:tc>
        <w:tc>
          <w:tcPr>
            <w:tcW w:type="dxa" w:w="633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168"/>
            <w:vAlign w:val="center"/>
          </w:tcPr>
          <w:p>
            <w:r>
              <w:rPr>
                <w:color w:val="142033"/>
                <w:sz w:val="19"/>
              </w:rPr>
              <w:t>Imagine...</w:t>
            </w:r>
          </w:p>
        </w:tc>
        <w:tc>
          <w:tcPr>
            <w:tcW w:type="dxa" w:w="633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168"/>
            <w:vAlign w:val="center"/>
          </w:tcPr>
          <w:p>
            <w:r>
              <w:rPr>
                <w:color w:val="142033"/>
                <w:sz w:val="19"/>
              </w:rPr>
              <w:t>Objeto</w:t>
            </w:r>
          </w:p>
        </w:tc>
        <w:tc>
          <w:tcPr>
            <w:tcW w:type="dxa" w:w="633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168"/>
            <w:vAlign w:val="center"/>
          </w:tcPr>
          <w:p>
            <w:r>
              <w:rPr>
                <w:color w:val="142033"/>
                <w:sz w:val="19"/>
              </w:rPr>
              <w:t>Frase forte</w:t>
            </w:r>
          </w:p>
        </w:tc>
        <w:tc>
          <w:tcPr>
            <w:tcW w:type="dxa" w:w="633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168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ENCERRAMENTOS</w:t>
            </w:r>
          </w:p>
        </w:tc>
        <w:tc>
          <w:tcPr>
            <w:tcW w:type="dxa" w:w="6336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Meu exemplo</w:t>
            </w:r>
          </w:p>
        </w:tc>
      </w:tr>
      <w:tr>
        <w:tc>
          <w:tcPr>
            <w:tcW w:type="dxa" w:w="3168"/>
            <w:vAlign w:val="center"/>
          </w:tcPr>
          <w:p>
            <w:r>
              <w:rPr>
                <w:color w:val="142033"/>
                <w:sz w:val="19"/>
              </w:rPr>
              <w:t>Resumo</w:t>
            </w:r>
          </w:p>
        </w:tc>
        <w:tc>
          <w:tcPr>
            <w:tcW w:type="dxa" w:w="633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168"/>
            <w:vAlign w:val="center"/>
          </w:tcPr>
          <w:p>
            <w:r>
              <w:rPr>
                <w:color w:val="142033"/>
                <w:sz w:val="19"/>
              </w:rPr>
              <w:t>Pergunta</w:t>
            </w:r>
          </w:p>
        </w:tc>
        <w:tc>
          <w:tcPr>
            <w:tcW w:type="dxa" w:w="633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168"/>
            <w:vAlign w:val="center"/>
          </w:tcPr>
          <w:p>
            <w:r>
              <w:rPr>
                <w:color w:val="142033"/>
                <w:sz w:val="19"/>
              </w:rPr>
              <w:t>Desafio</w:t>
            </w:r>
          </w:p>
        </w:tc>
        <w:tc>
          <w:tcPr>
            <w:tcW w:type="dxa" w:w="633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168"/>
            <w:vAlign w:val="center"/>
          </w:tcPr>
          <w:p>
            <w:r>
              <w:rPr>
                <w:color w:val="142033"/>
                <w:sz w:val="19"/>
              </w:rPr>
              <w:t>Frase forte</w:t>
            </w:r>
          </w:p>
        </w:tc>
        <w:tc>
          <w:tcPr>
            <w:tcW w:type="dxa" w:w="633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168"/>
            <w:vAlign w:val="center"/>
          </w:tcPr>
          <w:p>
            <w:r>
              <w:rPr>
                <w:color w:val="142033"/>
                <w:sz w:val="19"/>
              </w:rPr>
              <w:t>Retomada do início</w:t>
            </w:r>
          </w:p>
        </w:tc>
        <w:tc>
          <w:tcPr>
            <w:tcW w:type="dxa" w:w="633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3168"/>
            <w:vAlign w:val="center"/>
          </w:tcPr>
          <w:p>
            <w:r>
              <w:rPr>
                <w:color w:val="142033"/>
                <w:sz w:val="19"/>
              </w:rPr>
              <w:t>Chamada para ação</w:t>
            </w:r>
          </w:p>
        </w:tc>
        <w:tc>
          <w:tcPr>
            <w:tcW w:type="dxa" w:w="6336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</w:tbl>
    <w:p>
      <w:r>
        <w:br w:type="page"/>
      </w:r>
    </w:p>
    <w:p>
      <w:pPr>
        <w:jc w:val="center"/>
      </w:pPr>
      <w:r>
        <w:rPr>
          <w:b/>
          <w:color w:val="1152C8"/>
          <w:sz w:val="52"/>
        </w:rPr>
        <w:t>Antes de falar</w:t>
      </w:r>
    </w:p>
    <w:p>
      <w:pPr>
        <w:jc w:val="center"/>
      </w:pPr>
      <w:r>
        <w:rPr>
          <w:color w:val="607087"/>
          <w:sz w:val="24"/>
        </w:rPr>
        <w:t>Meu checklist de palco</w:t>
      </w:r>
    </w:p>
    <w:p>
      <w:r>
        <w:t>□ Sei qual é minha mensagem.</w:t>
      </w:r>
    </w:p>
    <w:p>
      <w:r>
        <w:t>□ Sei como vou começar.</w:t>
      </w:r>
    </w:p>
    <w:p>
      <w:r>
        <w:t>□ Tenho duas ou três ideias principais.</w:t>
      </w:r>
    </w:p>
    <w:p>
      <w:r>
        <w:t>□ Tenho um exemplo ou história.</w:t>
      </w:r>
    </w:p>
    <w:p>
      <w:r>
        <w:t>□ Sei como vou terminar.</w:t>
      </w:r>
    </w:p>
    <w:p>
      <w:r>
        <w:t>□ Tenho uma chamada para ação.</w:t>
      </w:r>
    </w:p>
    <w:p>
      <w:r>
        <w:t>□ Vou respirar antes de começar.</w:t>
      </w:r>
    </w:p>
    <w:p>
      <w:r>
        <w:t>□ Vou olhar para as pessoas.</w:t>
      </w:r>
    </w:p>
    <w:p>
      <w:r>
        <w:t>□ Não preciso correr.</w:t>
      </w:r>
    </w:p>
    <w:p>
      <w:r>
        <w:t>□ Se eu errar, posso continuar.</w:t>
      </w:r>
    </w:p>
    <w:p>
      <w:r>
        <w:rPr>
          <w:b/>
          <w:color w:val="1152C8"/>
          <w:sz w:val="22"/>
        </w:rPr>
        <w:t>Minha palavra-chave para lembrar da mensagem: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rPr>
          <w:b/>
          <w:color w:val="1152C8"/>
          <w:sz w:val="22"/>
        </w:rPr>
        <w:t>O que quero que as pessoas pensem, sintam ou façam depois da minha fala: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b/>
          <w:color w:val="1152C8"/>
          <w:sz w:val="52"/>
        </w:rPr>
        <w:t>Depois da Jornada</w:t>
      </w:r>
    </w:p>
    <w:p>
      <w:pPr>
        <w:jc w:val="center"/>
      </w:pPr>
      <w:r>
        <w:rPr>
          <w:color w:val="607087"/>
          <w:sz w:val="24"/>
        </w:rPr>
        <w:t>Compare você com você mesmo.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5472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Situação</w:t>
            </w:r>
          </w:p>
        </w:tc>
        <w:tc>
          <w:tcPr>
            <w:tcW w:type="dxa" w:w="1440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Tranquilo</w:t>
            </w:r>
          </w:p>
        </w:tc>
        <w:tc>
          <w:tcPr>
            <w:tcW w:type="dxa" w:w="1728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Mais ou menos</w:t>
            </w:r>
          </w:p>
        </w:tc>
        <w:tc>
          <w:tcPr>
            <w:tcW w:type="dxa" w:w="1440"/>
            <w:shd w:fill="1152C8"/>
            <w:vAlign w:val="center"/>
          </w:tcPr>
          <w:p>
            <w:r>
              <w:rPr>
                <w:b/>
                <w:color w:val="FFFFFF"/>
                <w:sz w:val="20"/>
              </w:rPr>
              <w:t>Ainda difícil</w:t>
            </w:r>
          </w:p>
        </w:tc>
      </w:tr>
      <w:tr>
        <w:tc>
          <w:tcPr>
            <w:tcW w:type="dxa" w:w="5472"/>
            <w:vAlign w:val="center"/>
          </w:tcPr>
          <w:p>
            <w:r>
              <w:rPr>
                <w:color w:val="142033"/>
                <w:sz w:val="19"/>
              </w:rPr>
              <w:t>Falar diante da turma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5472"/>
            <w:vAlign w:val="center"/>
          </w:tcPr>
          <w:p>
            <w:r>
              <w:rPr>
                <w:color w:val="142033"/>
                <w:sz w:val="19"/>
              </w:rPr>
              <w:t>Apresentar um trabalho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5472"/>
            <w:vAlign w:val="center"/>
          </w:tcPr>
          <w:p>
            <w:r>
              <w:rPr>
                <w:color w:val="142033"/>
                <w:sz w:val="19"/>
              </w:rPr>
              <w:t>Ler em voz alta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5472"/>
            <w:vAlign w:val="center"/>
          </w:tcPr>
          <w:p>
            <w:r>
              <w:rPr>
                <w:color w:val="142033"/>
                <w:sz w:val="19"/>
              </w:rPr>
              <w:t>Dar minha opinião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5472"/>
            <w:vAlign w:val="center"/>
          </w:tcPr>
          <w:p>
            <w:r>
              <w:rPr>
                <w:color w:val="142033"/>
                <w:sz w:val="19"/>
              </w:rPr>
              <w:t>Improvisar sem texto pronto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  <w:tr>
        <w:tc>
          <w:tcPr>
            <w:tcW w:type="dxa" w:w="5472"/>
            <w:vAlign w:val="center"/>
          </w:tcPr>
          <w:p>
            <w:r>
              <w:rPr>
                <w:color w:val="142033"/>
                <w:sz w:val="19"/>
              </w:rPr>
              <w:t>Contar uma história para um grupo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  <w:tc>
          <w:tcPr>
            <w:tcW w:type="dxa" w:w="1440"/>
            <w:vAlign w:val="center"/>
          </w:tcPr>
          <w:p>
            <w:r>
              <w:rPr>
                <w:color w:val="142033"/>
                <w:sz w:val="19"/>
              </w:rPr>
              <w:t>□</w:t>
            </w:r>
          </w:p>
        </w:tc>
      </w:tr>
    </w:tbl>
    <w:p>
      <w:r>
        <w:rPr>
          <w:b/>
          <w:color w:val="1152C8"/>
          <w:sz w:val="22"/>
        </w:rPr>
        <w:t>Antes eu pensava: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rPr>
          <w:b/>
          <w:color w:val="1152C8"/>
          <w:sz w:val="22"/>
        </w:rPr>
        <w:t>Agora eu penso: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rPr>
          <w:b/>
          <w:color w:val="1152C8"/>
          <w:sz w:val="22"/>
        </w:rPr>
        <w:t>Minha maior conquista foi: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rPr>
          <w:b/>
          <w:color w:val="1152C8"/>
          <w:sz w:val="22"/>
        </w:rPr>
        <w:t>Uma coisa que quero continuar praticando: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pPr>
        <w:spacing w:after="60"/>
      </w:pPr>
      <w:r>
        <w:rPr>
          <w:color w:val="AAB6C8"/>
        </w:rPr>
        <w:t>________________________________________________________________________________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b/>
          <w:color w:val="1152C8"/>
          <w:sz w:val="52"/>
        </w:rPr>
        <w:t>Meus Pontos de Voz</w:t>
      </w:r>
    </w:p>
    <w:p>
      <w:pPr>
        <w:jc w:val="center"/>
      </w:pPr>
      <w:r>
        <w:rPr>
          <w:color w:val="607087"/>
          <w:sz w:val="24"/>
        </w:rPr>
        <w:t>Pontuação mostra participação e evolução - não comparação.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6192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Atividade</w:t>
            </w:r>
          </w:p>
        </w:tc>
        <w:tc>
          <w:tcPr>
            <w:tcW w:type="dxa" w:w="1728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Pontos de Voz</w:t>
            </w:r>
          </w:p>
        </w:tc>
        <w:tc>
          <w:tcPr>
            <w:tcW w:type="dxa" w:w="1584"/>
            <w:shd w:fill="FF6A13"/>
            <w:vAlign w:val="center"/>
          </w:tcPr>
          <w:p>
            <w:r>
              <w:rPr>
                <w:b/>
                <w:color w:val="FFFFFF"/>
                <w:sz w:val="20"/>
              </w:rPr>
              <w:t>Concluí</w:t>
            </w:r>
          </w:p>
        </w:tc>
      </w:tr>
      <w:tr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  <w:t>Mudar a Chave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100</w:t>
            </w:r>
          </w:p>
        </w:tc>
        <w:tc>
          <w:tcPr>
            <w:tcW w:type="dxa" w:w="1584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  <w:t>Meu Espelho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120</w:t>
            </w:r>
          </w:p>
        </w:tc>
        <w:tc>
          <w:tcPr>
            <w:tcW w:type="dxa" w:w="1584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  <w:t>10 Segundos de Coragem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120</w:t>
            </w:r>
          </w:p>
        </w:tc>
        <w:tc>
          <w:tcPr>
            <w:tcW w:type="dxa" w:w="1584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  <w:t>Leitura Poderosa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150</w:t>
            </w:r>
          </w:p>
        </w:tc>
        <w:tc>
          <w:tcPr>
            <w:tcW w:type="dxa" w:w="1584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  <w:t>Voz Poderosa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150</w:t>
            </w:r>
          </w:p>
        </w:tc>
        <w:tc>
          <w:tcPr>
            <w:tcW w:type="dxa" w:w="1584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  <w:t>História Surpresa - 1 Minuto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200</w:t>
            </w:r>
          </w:p>
        </w:tc>
        <w:tc>
          <w:tcPr>
            <w:tcW w:type="dxa" w:w="1584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  <w:t>Conte uma História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180</w:t>
            </w:r>
          </w:p>
        </w:tc>
        <w:tc>
          <w:tcPr>
            <w:tcW w:type="dxa" w:w="1584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  <w:t>Por que isso importa?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150</w:t>
            </w:r>
          </w:p>
        </w:tc>
        <w:tc>
          <w:tcPr>
            <w:tcW w:type="dxa" w:w="1584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  <w:t>Desafio do Consenso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180</w:t>
            </w:r>
          </w:p>
        </w:tc>
        <w:tc>
          <w:tcPr>
            <w:tcW w:type="dxa" w:w="1584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  <w:t>Defenda sua Ideia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180</w:t>
            </w:r>
          </w:p>
        </w:tc>
        <w:tc>
          <w:tcPr>
            <w:tcW w:type="dxa" w:w="1584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  <w:tr>
        <w:tc>
          <w:tcPr>
            <w:tcW w:type="dxa" w:w="6192"/>
            <w:vAlign w:val="center"/>
          </w:tcPr>
          <w:p>
            <w:r>
              <w:rPr>
                <w:color w:val="142033"/>
                <w:sz w:val="19"/>
              </w:rPr>
              <w:t>Palco Final</w:t>
            </w:r>
          </w:p>
        </w:tc>
        <w:tc>
          <w:tcPr>
            <w:tcW w:type="dxa" w:w="1728"/>
            <w:vAlign w:val="center"/>
          </w:tcPr>
          <w:p>
            <w:r>
              <w:rPr>
                <w:color w:val="142033"/>
                <w:sz w:val="19"/>
              </w:rPr>
              <w:t>250</w:t>
            </w:r>
          </w:p>
        </w:tc>
        <w:tc>
          <w:tcPr>
            <w:tcW w:type="dxa" w:w="1584"/>
            <w:vAlign w:val="center"/>
          </w:tcPr>
          <w:p>
            <w:r>
              <w:rPr>
                <w:color w:val="142033"/>
                <w:sz w:val="19"/>
              </w:rPr>
            </w:r>
          </w:p>
        </w:tc>
      </w:tr>
    </w:tbl>
    <w:p/>
    <w:p>
      <w:pPr>
        <w:jc w:val="center"/>
      </w:pPr>
      <w:r>
        <w:rPr>
          <w:b/>
          <w:color w:val="1152C8"/>
          <w:sz w:val="40"/>
        </w:rPr>
        <w:t>MINHA VOZ TEM VALOR.</w:t>
      </w:r>
    </w:p>
    <w:p>
      <w:pPr>
        <w:jc w:val="center"/>
      </w:pPr>
      <w:r>
        <w:rPr>
          <w:b/>
          <w:color w:val="FF6A13"/>
          <w:sz w:val="36"/>
        </w:rPr>
        <w:t>Quem Fala, Existe.</w:t>
      </w:r>
    </w:p>
    <w:p>
      <w:pPr>
        <w:jc w:val="center"/>
      </w:pPr>
      <w:r>
        <w:rPr>
          <w:color w:val="607087"/>
          <w:sz w:val="18"/>
        </w:rPr>
        <w:t>Facilitador: Nelson Silva - Radialista Profissional - DRT 0009037/PR</w:t>
      </w:r>
    </w:p>
    <w:sectPr w:rsidR="00FC693F" w:rsidRPr="0006063C" w:rsidSect="00034616"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07087"/>
        <w:sz w:val="16"/>
      </w:rPr>
      <w:t>EU NA ORATÓRIA - MINHA VOZ, MINHAS IDEIAS | Comunicação • Coragem • Protagonismo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4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152C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152C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1152C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152C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